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3A9EE" w14:textId="6DE4B78F" w:rsidR="003815C9" w:rsidRPr="003815C9" w:rsidRDefault="003815C9" w:rsidP="003815C9">
      <w:pPr>
        <w:pStyle w:val="1"/>
        <w:rPr>
          <w:lang w:val="et-EE"/>
        </w:rPr>
      </w:pPr>
      <w:r w:rsidRPr="003815C9">
        <w:rPr>
          <w:i/>
          <w:color w:val="778745"/>
          <w:sz w:val="48"/>
          <w:szCs w:val="48"/>
          <w:lang w:val="et-EE"/>
        </w:rPr>
        <w:drawing>
          <wp:anchor distT="0" distB="0" distL="114300" distR="114300" simplePos="0" relativeHeight="251658752" behindDoc="0" locked="0" layoutInCell="1" allowOverlap="1" wp14:anchorId="189BDA41" wp14:editId="2C2C7704">
            <wp:simplePos x="0" y="0"/>
            <wp:positionH relativeFrom="margin">
              <wp:posOffset>2815127</wp:posOffset>
            </wp:positionH>
            <wp:positionV relativeFrom="margin">
              <wp:posOffset>54877</wp:posOffset>
            </wp:positionV>
            <wp:extent cx="2639388" cy="467513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388" cy="467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3815C9">
        <w:rPr>
          <w:lang w:val="et-EE"/>
        </w:rPr>
        <w:t>Nädalane kohustuste tabel</w:t>
      </w:r>
      <w:r w:rsidRPr="003815C9">
        <w:rPr>
          <w:lang w:val="et-EE"/>
        </w:rPr>
        <w:t xml:space="preserve"> </w:t>
      </w:r>
    </w:p>
    <w:p w14:paraId="002E256C" w14:textId="5CF2C0AE" w:rsidR="00030441" w:rsidRPr="00030441" w:rsidRDefault="003815C9">
      <w:pPr>
        <w:rPr>
          <w:lang w:val="ru-RU"/>
        </w:rPr>
      </w:pPr>
      <w:r w:rsidRPr="003815C9">
        <w:rPr>
          <w:lang w:val="et-EE"/>
        </w:rPr>
        <w:t>5</w:t>
      </w:r>
      <w:r w:rsidR="00000000" w:rsidRPr="003815C9">
        <w:rPr>
          <w:lang w:val="et-EE"/>
        </w:rPr>
        <w:t xml:space="preserve">. </w:t>
      </w:r>
      <w:r w:rsidRPr="003815C9">
        <w:rPr>
          <w:lang w:val="et-EE"/>
        </w:rPr>
        <w:t>jaanuar</w:t>
      </w:r>
      <w:r w:rsidR="00000000" w:rsidRPr="003815C9">
        <w:rPr>
          <w:lang w:val="et-EE"/>
        </w:rPr>
        <w:t xml:space="preserve"> – </w:t>
      </w:r>
      <w:r w:rsidRPr="003815C9">
        <w:rPr>
          <w:lang w:val="et-EE"/>
        </w:rPr>
        <w:t>9</w:t>
      </w:r>
      <w:r w:rsidR="00000000" w:rsidRPr="003815C9">
        <w:rPr>
          <w:lang w:val="et-EE"/>
        </w:rPr>
        <w:t xml:space="preserve">. </w:t>
      </w:r>
      <w:r w:rsidRPr="003815C9">
        <w:rPr>
          <w:lang w:val="et-EE"/>
        </w:rPr>
        <w:t>jaanuar</w:t>
      </w:r>
    </w:p>
    <w:p w14:paraId="0E0C06D0" w14:textId="77777777" w:rsidR="00030441" w:rsidRDefault="00030441">
      <w:pPr>
        <w:rPr>
          <w:lang w:val="et-EE"/>
        </w:rPr>
      </w:pPr>
    </w:p>
    <w:p w14:paraId="5F18FEC5" w14:textId="77777777" w:rsidR="00030441" w:rsidRPr="00030441" w:rsidRDefault="00030441">
      <w:pPr>
        <w:rPr>
          <w:lang w:val="ru-RU"/>
        </w:rPr>
      </w:pPr>
    </w:p>
    <w:sectPr w:rsidR="00030441" w:rsidRPr="000304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33655451">
    <w:abstractNumId w:val="8"/>
  </w:num>
  <w:num w:numId="2" w16cid:durableId="774128750">
    <w:abstractNumId w:val="6"/>
  </w:num>
  <w:num w:numId="3" w16cid:durableId="1321080372">
    <w:abstractNumId w:val="5"/>
  </w:num>
  <w:num w:numId="4" w16cid:durableId="1892300931">
    <w:abstractNumId w:val="4"/>
  </w:num>
  <w:num w:numId="5" w16cid:durableId="1404135505">
    <w:abstractNumId w:val="7"/>
  </w:num>
  <w:num w:numId="6" w16cid:durableId="1654137453">
    <w:abstractNumId w:val="3"/>
  </w:num>
  <w:num w:numId="7" w16cid:durableId="285892453">
    <w:abstractNumId w:val="2"/>
  </w:num>
  <w:num w:numId="8" w16cid:durableId="2050253061">
    <w:abstractNumId w:val="1"/>
  </w:num>
  <w:num w:numId="9" w16cid:durableId="587348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0441"/>
    <w:rsid w:val="00034616"/>
    <w:rsid w:val="0006063C"/>
    <w:rsid w:val="0015074B"/>
    <w:rsid w:val="0029639D"/>
    <w:rsid w:val="00326F90"/>
    <w:rsid w:val="003815C9"/>
    <w:rsid w:val="00963A65"/>
    <w:rsid w:val="00AA1D8D"/>
    <w:rsid w:val="00B1371F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AE4B2D"/>
  <w14:defaultImageDpi w14:val="300"/>
  <w15:docId w15:val="{1B523E3B-4FAB-1B4F-A230-E66FD6B24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-510">
    <w:name w:val="Grid Table 5 Dark Accent 1"/>
    <w:basedOn w:val="a3"/>
    <w:uiPriority w:val="50"/>
    <w:rsid w:val="0038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2</cp:revision>
  <dcterms:created xsi:type="dcterms:W3CDTF">2026-01-06T16:28:00Z</dcterms:created>
  <dcterms:modified xsi:type="dcterms:W3CDTF">2026-01-06T16:28:00Z</dcterms:modified>
  <cp:category/>
</cp:coreProperties>
</file>